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280AA" w14:textId="4E228CCB" w:rsidR="004B41D8" w:rsidRPr="001905B4" w:rsidRDefault="00315498">
      <w:pPr>
        <w:pStyle w:val="Tittel"/>
        <w:rPr>
          <w:lang w:val="nb-NO"/>
        </w:rPr>
      </w:pPr>
      <w:r w:rsidRPr="001905B4">
        <w:rPr>
          <w:lang w:val="nb-NO"/>
        </w:rPr>
        <w:t>Handlingsplan for ut</w:t>
      </w:r>
      <w:r w:rsidR="00F61A5F">
        <w:rPr>
          <w:lang w:val="nb-NO"/>
        </w:rPr>
        <w:t>fordrende</w:t>
      </w:r>
      <w:r w:rsidRPr="001905B4">
        <w:rPr>
          <w:lang w:val="nb-NO"/>
        </w:rPr>
        <w:t xml:space="preserve"> atferd</w:t>
      </w:r>
    </w:p>
    <w:p w14:paraId="785EF563" w14:textId="77777777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>Bakgrunnsinformasjon</w:t>
      </w:r>
    </w:p>
    <w:p w14:paraId="6DF8CC13" w14:textId="7662FDE2" w:rsidR="004B41D8" w:rsidRPr="00315498" w:rsidRDefault="00315498">
      <w:pPr>
        <w:rPr>
          <w:lang w:val="nb-NO"/>
        </w:rPr>
      </w:pPr>
      <w:r w:rsidRPr="00315498">
        <w:rPr>
          <w:lang w:val="nb-NO"/>
        </w:rPr>
        <w:t>Navn på barn:</w:t>
      </w:r>
    </w:p>
    <w:p w14:paraId="7CB9F181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Alder:</w:t>
      </w:r>
    </w:p>
    <w:p w14:paraId="0472E4C4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Dato for opprettelse av handlingsplan:</w:t>
      </w:r>
    </w:p>
    <w:p w14:paraId="46BEF344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Ansvarlig(e) person(er):</w:t>
      </w:r>
    </w:p>
    <w:p w14:paraId="26875D28" w14:textId="2B54B770" w:rsidR="004B41D8" w:rsidRDefault="00315498">
      <w:pPr>
        <w:pStyle w:val="Overskrift1"/>
        <w:rPr>
          <w:lang w:val="nb-NO"/>
        </w:rPr>
      </w:pPr>
      <w:r w:rsidRPr="00315498">
        <w:rPr>
          <w:lang w:val="nb-NO"/>
        </w:rPr>
        <w:t xml:space="preserve">Beskrivelse av </w:t>
      </w:r>
      <w:r>
        <w:rPr>
          <w:lang w:val="nb-NO"/>
        </w:rPr>
        <w:t>a</w:t>
      </w:r>
      <w:r w:rsidRPr="00315498">
        <w:rPr>
          <w:lang w:val="nb-NO"/>
        </w:rPr>
        <w:t>tferd</w:t>
      </w:r>
      <w:r w:rsidR="00696AB8">
        <w:rPr>
          <w:lang w:val="nb-NO"/>
        </w:rPr>
        <w:t xml:space="preserve"> </w:t>
      </w:r>
    </w:p>
    <w:p w14:paraId="35D02754" w14:textId="5A9551E2" w:rsidR="00E93AE3" w:rsidRPr="00E93AE3" w:rsidRDefault="00E93AE3" w:rsidP="00E93AE3">
      <w:pPr>
        <w:rPr>
          <w:lang w:val="nb-NO"/>
        </w:rPr>
      </w:pPr>
      <w:r w:rsidRPr="00315498">
        <w:rPr>
          <w:lang w:val="nb-NO"/>
        </w:rPr>
        <w:t>Detaljert beskrivelse av den ut</w:t>
      </w:r>
      <w:r w:rsidR="000864DE">
        <w:rPr>
          <w:lang w:val="nb-NO"/>
        </w:rPr>
        <w:t>fordr</w:t>
      </w:r>
      <w:r w:rsidRPr="00315498">
        <w:rPr>
          <w:lang w:val="nb-NO"/>
        </w:rPr>
        <w:t>ende atferden:</w:t>
      </w:r>
    </w:p>
    <w:p w14:paraId="0B3A8FB2" w14:textId="0D326E27" w:rsidR="00A62721" w:rsidRDefault="00BE078B" w:rsidP="001A77CF">
      <w:pPr>
        <w:pStyle w:val="Overskrift1"/>
        <w:rPr>
          <w:lang w:val="nb-NO"/>
        </w:rPr>
      </w:pPr>
      <w:r>
        <w:rPr>
          <w:lang w:val="nb-NO"/>
        </w:rPr>
        <w:t>Opprettholdende</w:t>
      </w:r>
      <w:r w:rsidRPr="00315498">
        <w:rPr>
          <w:lang w:val="nb-NO"/>
        </w:rPr>
        <w:t xml:space="preserve"> </w:t>
      </w:r>
      <w:r>
        <w:rPr>
          <w:lang w:val="nb-NO"/>
        </w:rPr>
        <w:t>f</w:t>
      </w:r>
      <w:r w:rsidRPr="00315498">
        <w:rPr>
          <w:lang w:val="nb-NO"/>
        </w:rPr>
        <w:t>aktorer</w:t>
      </w:r>
    </w:p>
    <w:p w14:paraId="5CE1F6A3" w14:textId="199B96A3" w:rsidR="001A77CF" w:rsidRPr="001A77CF" w:rsidRDefault="001A77CF" w:rsidP="001A77CF">
      <w:pPr>
        <w:rPr>
          <w:lang w:val="nb-NO"/>
        </w:rPr>
      </w:pPr>
      <w:r>
        <w:rPr>
          <w:lang w:val="nb-NO"/>
        </w:rPr>
        <w:t>Beskrivelse av faktorer (individuelle, kontekstuelle,</w:t>
      </w:r>
      <w:r w:rsidR="00EF6339">
        <w:rPr>
          <w:lang w:val="nb-NO"/>
        </w:rPr>
        <w:t xml:space="preserve"> </w:t>
      </w:r>
      <w:r>
        <w:rPr>
          <w:lang w:val="nb-NO"/>
        </w:rPr>
        <w:t xml:space="preserve">aktør) som </w:t>
      </w:r>
      <w:r w:rsidR="00EF6339">
        <w:rPr>
          <w:lang w:val="nb-NO"/>
        </w:rPr>
        <w:t>kan bidra til opprettholdelse av atferden</w:t>
      </w:r>
    </w:p>
    <w:p w14:paraId="4F9E4F10" w14:textId="6A5DB6DE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 xml:space="preserve">Utløsende </w:t>
      </w:r>
      <w:r>
        <w:rPr>
          <w:lang w:val="nb-NO"/>
        </w:rPr>
        <w:t>f</w:t>
      </w:r>
      <w:r w:rsidRPr="00315498">
        <w:rPr>
          <w:lang w:val="nb-NO"/>
        </w:rPr>
        <w:t>aktorer (</w:t>
      </w:r>
      <w:r>
        <w:rPr>
          <w:lang w:val="nb-NO"/>
        </w:rPr>
        <w:t>t</w:t>
      </w:r>
      <w:r w:rsidRPr="00315498">
        <w:rPr>
          <w:lang w:val="nb-NO"/>
        </w:rPr>
        <w:t>riggers)</w:t>
      </w:r>
    </w:p>
    <w:p w14:paraId="074BFABF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Beskrivelse av situasjoner eller hendelser som utløser atferden:</w:t>
      </w:r>
    </w:p>
    <w:p w14:paraId="08DF3460" w14:textId="77777777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>Mål</w:t>
      </w:r>
    </w:p>
    <w:p w14:paraId="0D5C67C6" w14:textId="1E5F6607" w:rsidR="000864DE" w:rsidRPr="00315498" w:rsidRDefault="00315498" w:rsidP="000864DE">
      <w:pPr>
        <w:rPr>
          <w:lang w:val="nb-NO"/>
        </w:rPr>
      </w:pPr>
      <w:r w:rsidRPr="00315498">
        <w:rPr>
          <w:lang w:val="nb-NO"/>
        </w:rPr>
        <w:t>Kort- og langsiktige mål for å håndtere og redusere den ut</w:t>
      </w:r>
      <w:r w:rsidR="003626CD">
        <w:rPr>
          <w:lang w:val="nb-NO"/>
        </w:rPr>
        <w:t>fordrende</w:t>
      </w:r>
      <w:r w:rsidRPr="00315498">
        <w:rPr>
          <w:lang w:val="nb-NO"/>
        </w:rPr>
        <w:t xml:space="preserve"> atferden:</w:t>
      </w:r>
    </w:p>
    <w:p w14:paraId="081246C4" w14:textId="55765D55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 xml:space="preserve">Strategier og </w:t>
      </w:r>
      <w:r>
        <w:rPr>
          <w:lang w:val="nb-NO"/>
        </w:rPr>
        <w:t>t</w:t>
      </w:r>
      <w:r w:rsidRPr="00315498">
        <w:rPr>
          <w:lang w:val="nb-NO"/>
        </w:rPr>
        <w:t>iltak</w:t>
      </w:r>
    </w:p>
    <w:p w14:paraId="403175E4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Beskrivelse av strategier og tiltak som skal iverksettes:</w:t>
      </w:r>
    </w:p>
    <w:p w14:paraId="44847781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1. Forebyggende tiltak:</w:t>
      </w:r>
    </w:p>
    <w:p w14:paraId="28E97B3D" w14:textId="78C8EE36" w:rsidR="004B41D8" w:rsidRPr="00315498" w:rsidRDefault="00315498">
      <w:pPr>
        <w:rPr>
          <w:lang w:val="nb-NO"/>
        </w:rPr>
      </w:pPr>
      <w:r w:rsidRPr="00315498">
        <w:rPr>
          <w:lang w:val="nb-NO"/>
        </w:rPr>
        <w:t xml:space="preserve">2. Tiltak under </w:t>
      </w:r>
      <w:r w:rsidR="003626CD">
        <w:rPr>
          <w:lang w:val="nb-NO"/>
        </w:rPr>
        <w:t>utfordrende</w:t>
      </w:r>
      <w:r w:rsidRPr="00315498">
        <w:rPr>
          <w:lang w:val="nb-NO"/>
        </w:rPr>
        <w:t xml:space="preserve"> atferd:</w:t>
      </w:r>
    </w:p>
    <w:p w14:paraId="202991CD" w14:textId="672F5C20" w:rsidR="004B41D8" w:rsidRPr="00315498" w:rsidRDefault="00315498">
      <w:pPr>
        <w:rPr>
          <w:lang w:val="nb-NO"/>
        </w:rPr>
      </w:pPr>
      <w:r w:rsidRPr="00315498">
        <w:rPr>
          <w:lang w:val="nb-NO"/>
        </w:rPr>
        <w:t>3. Tiltak etter ut</w:t>
      </w:r>
      <w:r w:rsidR="003626CD">
        <w:rPr>
          <w:lang w:val="nb-NO"/>
        </w:rPr>
        <w:t>fordrende</w:t>
      </w:r>
      <w:r w:rsidRPr="00315498">
        <w:rPr>
          <w:lang w:val="nb-NO"/>
        </w:rPr>
        <w:t xml:space="preserve"> atferd:</w:t>
      </w:r>
    </w:p>
    <w:p w14:paraId="75CB399D" w14:textId="2160CFB9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 xml:space="preserve">Ansvarlige </w:t>
      </w:r>
      <w:r>
        <w:rPr>
          <w:lang w:val="nb-NO"/>
        </w:rPr>
        <w:t>p</w:t>
      </w:r>
      <w:r w:rsidRPr="00315498">
        <w:rPr>
          <w:lang w:val="nb-NO"/>
        </w:rPr>
        <w:t>ersoner</w:t>
      </w:r>
    </w:p>
    <w:p w14:paraId="106E3B91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Navn og rolle til personer som er ansvarlige for gjennomføring av tiltakene:</w:t>
      </w:r>
    </w:p>
    <w:p w14:paraId="6FEFE325" w14:textId="77777777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lastRenderedPageBreak/>
        <w:t>Tidsplan</w:t>
      </w:r>
    </w:p>
    <w:p w14:paraId="60E9E87E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Tidsramme for implementering og evaluering av tiltakene:</w:t>
      </w:r>
    </w:p>
    <w:p w14:paraId="088912E7" w14:textId="77777777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>Evaluering</w:t>
      </w:r>
    </w:p>
    <w:p w14:paraId="0DA6D554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Beskrivelse av hvordan og når evaluering av tiltakene skal gjennomføres:</w:t>
      </w:r>
    </w:p>
    <w:sectPr w:rsidR="004B41D8" w:rsidRPr="003154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9520074">
    <w:abstractNumId w:val="8"/>
  </w:num>
  <w:num w:numId="2" w16cid:durableId="89397389">
    <w:abstractNumId w:val="6"/>
  </w:num>
  <w:num w:numId="3" w16cid:durableId="1635409030">
    <w:abstractNumId w:val="5"/>
  </w:num>
  <w:num w:numId="4" w16cid:durableId="1158620699">
    <w:abstractNumId w:val="4"/>
  </w:num>
  <w:num w:numId="5" w16cid:durableId="1831477762">
    <w:abstractNumId w:val="7"/>
  </w:num>
  <w:num w:numId="6" w16cid:durableId="890650869">
    <w:abstractNumId w:val="3"/>
  </w:num>
  <w:num w:numId="7" w16cid:durableId="707607446">
    <w:abstractNumId w:val="2"/>
  </w:num>
  <w:num w:numId="8" w16cid:durableId="367728872">
    <w:abstractNumId w:val="1"/>
  </w:num>
  <w:num w:numId="9" w16cid:durableId="19131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E65"/>
    <w:rsid w:val="00034616"/>
    <w:rsid w:val="000542A7"/>
    <w:rsid w:val="0006063C"/>
    <w:rsid w:val="000864DE"/>
    <w:rsid w:val="0015074B"/>
    <w:rsid w:val="001905B4"/>
    <w:rsid w:val="001A77CF"/>
    <w:rsid w:val="0029639D"/>
    <w:rsid w:val="00315498"/>
    <w:rsid w:val="00326F90"/>
    <w:rsid w:val="003626CD"/>
    <w:rsid w:val="004B41D8"/>
    <w:rsid w:val="00696AB8"/>
    <w:rsid w:val="00904C04"/>
    <w:rsid w:val="00A62721"/>
    <w:rsid w:val="00AA1D8D"/>
    <w:rsid w:val="00B47730"/>
    <w:rsid w:val="00BD428D"/>
    <w:rsid w:val="00BE078B"/>
    <w:rsid w:val="00CB0664"/>
    <w:rsid w:val="00CD5DEF"/>
    <w:rsid w:val="00DB233B"/>
    <w:rsid w:val="00E93AE3"/>
    <w:rsid w:val="00EF6339"/>
    <w:rsid w:val="00F61A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00C25"/>
  <w14:defaultImageDpi w14:val="300"/>
  <w15:docId w15:val="{91DB83EF-5796-47E9-80C0-93119E99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c758dd0-ab53-4372-9a7c-e98a9620862c}" enabled="0" method="" siteId="{bc758dd0-ab53-4372-9a7c-e98a962086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Evy Beate Stykket</cp:lastModifiedBy>
  <cp:revision>2</cp:revision>
  <dcterms:created xsi:type="dcterms:W3CDTF">2026-01-06T12:14:00Z</dcterms:created>
  <dcterms:modified xsi:type="dcterms:W3CDTF">2026-01-06T12:14:00Z</dcterms:modified>
  <cp:category/>
</cp:coreProperties>
</file>