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280AA" w14:textId="53BBBCB4" w:rsidR="004B41D8" w:rsidRPr="001905B4" w:rsidRDefault="00315498">
      <w:pPr>
        <w:pStyle w:val="Tittel"/>
        <w:rPr>
          <w:lang w:val="nb-NO"/>
        </w:rPr>
      </w:pPr>
      <w:r w:rsidRPr="001905B4">
        <w:rPr>
          <w:lang w:val="nb-NO"/>
        </w:rPr>
        <w:t>Handlingsplan for ut</w:t>
      </w:r>
      <w:r w:rsidR="006E1D5D">
        <w:rPr>
          <w:lang w:val="nb-NO"/>
        </w:rPr>
        <w:t>fordrende</w:t>
      </w:r>
      <w:r w:rsidRPr="001905B4">
        <w:rPr>
          <w:lang w:val="nb-NO"/>
        </w:rPr>
        <w:t xml:space="preserve"> atferd</w:t>
      </w:r>
    </w:p>
    <w:p w14:paraId="785EF563" w14:textId="77777777" w:rsidR="004B41D8" w:rsidRPr="00315498" w:rsidRDefault="00315498">
      <w:pPr>
        <w:pStyle w:val="Overskrift1"/>
        <w:rPr>
          <w:lang w:val="nb-NO"/>
        </w:rPr>
      </w:pPr>
      <w:r w:rsidRPr="00315498">
        <w:rPr>
          <w:lang w:val="nb-NO"/>
        </w:rPr>
        <w:t>Bakgrunnsinformasjon</w:t>
      </w:r>
    </w:p>
    <w:p w14:paraId="6DF8CC13" w14:textId="59EAF949" w:rsidR="004B41D8" w:rsidRPr="00315498" w:rsidRDefault="00315498">
      <w:pPr>
        <w:rPr>
          <w:lang w:val="nb-NO"/>
        </w:rPr>
      </w:pPr>
      <w:r w:rsidRPr="00315498">
        <w:rPr>
          <w:lang w:val="nb-NO"/>
        </w:rPr>
        <w:t xml:space="preserve">Navn på </w:t>
      </w:r>
      <w:r w:rsidR="006E1D5D">
        <w:rPr>
          <w:lang w:val="nb-NO"/>
        </w:rPr>
        <w:t>elev</w:t>
      </w:r>
      <w:r w:rsidRPr="00315498">
        <w:rPr>
          <w:lang w:val="nb-NO"/>
        </w:rPr>
        <w:t>:</w:t>
      </w:r>
    </w:p>
    <w:p w14:paraId="7CB9F181" w14:textId="77777777" w:rsidR="004B41D8" w:rsidRPr="00315498" w:rsidRDefault="00315498">
      <w:pPr>
        <w:rPr>
          <w:lang w:val="nb-NO"/>
        </w:rPr>
      </w:pPr>
      <w:r w:rsidRPr="00315498">
        <w:rPr>
          <w:lang w:val="nb-NO"/>
        </w:rPr>
        <w:t>Alder:</w:t>
      </w:r>
    </w:p>
    <w:p w14:paraId="0472E4C4" w14:textId="77777777" w:rsidR="004B41D8" w:rsidRPr="00315498" w:rsidRDefault="00315498">
      <w:pPr>
        <w:rPr>
          <w:lang w:val="nb-NO"/>
        </w:rPr>
      </w:pPr>
      <w:r w:rsidRPr="00315498">
        <w:rPr>
          <w:lang w:val="nb-NO"/>
        </w:rPr>
        <w:t>Dato for opprettelse av handlingsplan:</w:t>
      </w:r>
    </w:p>
    <w:p w14:paraId="46BEF344" w14:textId="77777777" w:rsidR="004B41D8" w:rsidRPr="00315498" w:rsidRDefault="00315498">
      <w:pPr>
        <w:rPr>
          <w:lang w:val="nb-NO"/>
        </w:rPr>
      </w:pPr>
      <w:r w:rsidRPr="00315498">
        <w:rPr>
          <w:lang w:val="nb-NO"/>
        </w:rPr>
        <w:t>Ansvarlig(e) person(er):</w:t>
      </w:r>
    </w:p>
    <w:p w14:paraId="26875D28" w14:textId="57CA396E" w:rsidR="004B41D8" w:rsidRPr="00315498" w:rsidRDefault="00315498">
      <w:pPr>
        <w:pStyle w:val="Overskrift1"/>
        <w:rPr>
          <w:lang w:val="nb-NO"/>
        </w:rPr>
      </w:pPr>
      <w:r w:rsidRPr="00315498">
        <w:rPr>
          <w:lang w:val="nb-NO"/>
        </w:rPr>
        <w:t xml:space="preserve">Beskrivelse av </w:t>
      </w:r>
      <w:r>
        <w:rPr>
          <w:lang w:val="nb-NO"/>
        </w:rPr>
        <w:t>a</w:t>
      </w:r>
      <w:r w:rsidRPr="00315498">
        <w:rPr>
          <w:lang w:val="nb-NO"/>
        </w:rPr>
        <w:t>tferd</w:t>
      </w:r>
    </w:p>
    <w:p w14:paraId="320D9F20" w14:textId="2649EFF7" w:rsidR="004B41D8" w:rsidRDefault="00315498">
      <w:pPr>
        <w:rPr>
          <w:lang w:val="nb-NO"/>
        </w:rPr>
      </w:pPr>
      <w:r w:rsidRPr="00315498">
        <w:rPr>
          <w:lang w:val="nb-NO"/>
        </w:rPr>
        <w:t>Detaljert beskrivelse av den ut</w:t>
      </w:r>
      <w:r w:rsidR="00CF1243">
        <w:rPr>
          <w:lang w:val="nb-NO"/>
        </w:rPr>
        <w:t>fordrende</w:t>
      </w:r>
      <w:r w:rsidRPr="00315498">
        <w:rPr>
          <w:lang w:val="nb-NO"/>
        </w:rPr>
        <w:t xml:space="preserve"> atferden:</w:t>
      </w:r>
    </w:p>
    <w:p w14:paraId="4A9B293C" w14:textId="51F1F811" w:rsidR="006E1D5D" w:rsidRPr="00315498" w:rsidRDefault="006E1D5D" w:rsidP="006E1D5D">
      <w:pPr>
        <w:pStyle w:val="Overskrift1"/>
        <w:rPr>
          <w:lang w:val="nb-NO"/>
        </w:rPr>
      </w:pPr>
      <w:r>
        <w:rPr>
          <w:lang w:val="nb-NO"/>
        </w:rPr>
        <w:t>Opprettholdende faktorer</w:t>
      </w:r>
      <w:r w:rsidR="00A95DCE">
        <w:rPr>
          <w:lang w:val="nb-NO"/>
        </w:rPr>
        <w:t xml:space="preserve"> av atferd</w:t>
      </w:r>
    </w:p>
    <w:p w14:paraId="604177BB" w14:textId="0DC27BF4" w:rsidR="006E1D5D" w:rsidRPr="00315498" w:rsidRDefault="000E08A0">
      <w:pPr>
        <w:rPr>
          <w:lang w:val="nb-NO"/>
        </w:rPr>
      </w:pPr>
      <w:r>
        <w:rPr>
          <w:lang w:val="nb-NO"/>
        </w:rPr>
        <w:t>Beskrivelse av faktorer (individuelle, kontekstuelle, aktør) som kan bidra til opprettholdelse av atferden</w:t>
      </w:r>
    </w:p>
    <w:p w14:paraId="4F9E4F10" w14:textId="6A5DB6DE" w:rsidR="004B41D8" w:rsidRPr="00315498" w:rsidRDefault="00315498">
      <w:pPr>
        <w:pStyle w:val="Overskrift1"/>
        <w:rPr>
          <w:lang w:val="nb-NO"/>
        </w:rPr>
      </w:pPr>
      <w:r w:rsidRPr="00315498">
        <w:rPr>
          <w:lang w:val="nb-NO"/>
        </w:rPr>
        <w:t xml:space="preserve">Utløsende </w:t>
      </w:r>
      <w:r>
        <w:rPr>
          <w:lang w:val="nb-NO"/>
        </w:rPr>
        <w:t>f</w:t>
      </w:r>
      <w:r w:rsidRPr="00315498">
        <w:rPr>
          <w:lang w:val="nb-NO"/>
        </w:rPr>
        <w:t>aktorer (</w:t>
      </w:r>
      <w:r>
        <w:rPr>
          <w:lang w:val="nb-NO"/>
        </w:rPr>
        <w:t>t</w:t>
      </w:r>
      <w:r w:rsidRPr="00315498">
        <w:rPr>
          <w:lang w:val="nb-NO"/>
        </w:rPr>
        <w:t>riggers)</w:t>
      </w:r>
    </w:p>
    <w:p w14:paraId="074BFABF" w14:textId="77777777" w:rsidR="004B41D8" w:rsidRPr="00315498" w:rsidRDefault="00315498">
      <w:pPr>
        <w:rPr>
          <w:lang w:val="nb-NO"/>
        </w:rPr>
      </w:pPr>
      <w:r w:rsidRPr="00315498">
        <w:rPr>
          <w:lang w:val="nb-NO"/>
        </w:rPr>
        <w:t>Beskrivelse av situasjoner eller hendelser som utløser atferden:</w:t>
      </w:r>
    </w:p>
    <w:p w14:paraId="08DF3460" w14:textId="77777777" w:rsidR="004B41D8" w:rsidRPr="00315498" w:rsidRDefault="00315498">
      <w:pPr>
        <w:pStyle w:val="Overskrift1"/>
        <w:rPr>
          <w:lang w:val="nb-NO"/>
        </w:rPr>
      </w:pPr>
      <w:r w:rsidRPr="00315498">
        <w:rPr>
          <w:lang w:val="nb-NO"/>
        </w:rPr>
        <w:t>Mål</w:t>
      </w:r>
    </w:p>
    <w:p w14:paraId="75E9092F" w14:textId="6EE60C0C" w:rsidR="004B41D8" w:rsidRPr="00315498" w:rsidRDefault="00315498">
      <w:pPr>
        <w:rPr>
          <w:lang w:val="nb-NO"/>
        </w:rPr>
      </w:pPr>
      <w:r w:rsidRPr="00315498">
        <w:rPr>
          <w:lang w:val="nb-NO"/>
        </w:rPr>
        <w:t>Kort- og langsiktige mål for å håndtere og redusere den ut</w:t>
      </w:r>
      <w:r w:rsidR="008202D7">
        <w:rPr>
          <w:lang w:val="nb-NO"/>
        </w:rPr>
        <w:t>fordrende</w:t>
      </w:r>
      <w:r w:rsidRPr="00315498">
        <w:rPr>
          <w:lang w:val="nb-NO"/>
        </w:rPr>
        <w:t xml:space="preserve"> atferden:</w:t>
      </w:r>
    </w:p>
    <w:p w14:paraId="081246C4" w14:textId="55765D55" w:rsidR="004B41D8" w:rsidRPr="00315498" w:rsidRDefault="00315498">
      <w:pPr>
        <w:pStyle w:val="Overskrift1"/>
        <w:rPr>
          <w:lang w:val="nb-NO"/>
        </w:rPr>
      </w:pPr>
      <w:r w:rsidRPr="00315498">
        <w:rPr>
          <w:lang w:val="nb-NO"/>
        </w:rPr>
        <w:t xml:space="preserve">Strategier og </w:t>
      </w:r>
      <w:r>
        <w:rPr>
          <w:lang w:val="nb-NO"/>
        </w:rPr>
        <w:t>t</w:t>
      </w:r>
      <w:r w:rsidRPr="00315498">
        <w:rPr>
          <w:lang w:val="nb-NO"/>
        </w:rPr>
        <w:t>iltak</w:t>
      </w:r>
    </w:p>
    <w:p w14:paraId="403175E4" w14:textId="77777777" w:rsidR="004B41D8" w:rsidRPr="00315498" w:rsidRDefault="00315498">
      <w:pPr>
        <w:rPr>
          <w:lang w:val="nb-NO"/>
        </w:rPr>
      </w:pPr>
      <w:r w:rsidRPr="00315498">
        <w:rPr>
          <w:lang w:val="nb-NO"/>
        </w:rPr>
        <w:t>Beskrivelse av strategier og tiltak som skal iverksettes:</w:t>
      </w:r>
    </w:p>
    <w:p w14:paraId="44847781" w14:textId="77777777" w:rsidR="004B41D8" w:rsidRPr="00315498" w:rsidRDefault="00315498">
      <w:pPr>
        <w:rPr>
          <w:lang w:val="nb-NO"/>
        </w:rPr>
      </w:pPr>
      <w:r w:rsidRPr="00315498">
        <w:rPr>
          <w:lang w:val="nb-NO"/>
        </w:rPr>
        <w:t>1. Forebyggende tiltak:</w:t>
      </w:r>
    </w:p>
    <w:p w14:paraId="28E97B3D" w14:textId="7047CB33" w:rsidR="004B41D8" w:rsidRPr="00315498" w:rsidRDefault="00315498">
      <w:pPr>
        <w:rPr>
          <w:lang w:val="nb-NO"/>
        </w:rPr>
      </w:pPr>
      <w:r w:rsidRPr="00315498">
        <w:rPr>
          <w:lang w:val="nb-NO"/>
        </w:rPr>
        <w:t>2. Tiltak under ut</w:t>
      </w:r>
      <w:r w:rsidR="00A95DCE">
        <w:rPr>
          <w:lang w:val="nb-NO"/>
        </w:rPr>
        <w:t>fordrende</w:t>
      </w:r>
      <w:r w:rsidRPr="00315498">
        <w:rPr>
          <w:lang w:val="nb-NO"/>
        </w:rPr>
        <w:t xml:space="preserve"> atferd:</w:t>
      </w:r>
    </w:p>
    <w:p w14:paraId="202991CD" w14:textId="6C9B33CA" w:rsidR="004B41D8" w:rsidRPr="00315498" w:rsidRDefault="00315498">
      <w:pPr>
        <w:rPr>
          <w:lang w:val="nb-NO"/>
        </w:rPr>
      </w:pPr>
      <w:r w:rsidRPr="00315498">
        <w:rPr>
          <w:lang w:val="nb-NO"/>
        </w:rPr>
        <w:t>3. Tiltak etter ut</w:t>
      </w:r>
      <w:r w:rsidR="00A95DCE">
        <w:rPr>
          <w:lang w:val="nb-NO"/>
        </w:rPr>
        <w:t>fordrende</w:t>
      </w:r>
      <w:r w:rsidRPr="00315498">
        <w:rPr>
          <w:lang w:val="nb-NO"/>
        </w:rPr>
        <w:t xml:space="preserve"> atferd:</w:t>
      </w:r>
    </w:p>
    <w:p w14:paraId="75CB399D" w14:textId="2160CFB9" w:rsidR="004B41D8" w:rsidRPr="00315498" w:rsidRDefault="00315498">
      <w:pPr>
        <w:pStyle w:val="Overskrift1"/>
        <w:rPr>
          <w:lang w:val="nb-NO"/>
        </w:rPr>
      </w:pPr>
      <w:r w:rsidRPr="00315498">
        <w:rPr>
          <w:lang w:val="nb-NO"/>
        </w:rPr>
        <w:t xml:space="preserve">Ansvarlige </w:t>
      </w:r>
      <w:r>
        <w:rPr>
          <w:lang w:val="nb-NO"/>
        </w:rPr>
        <w:t>p</w:t>
      </w:r>
      <w:r w:rsidRPr="00315498">
        <w:rPr>
          <w:lang w:val="nb-NO"/>
        </w:rPr>
        <w:t>ersoner</w:t>
      </w:r>
    </w:p>
    <w:p w14:paraId="106E3B91" w14:textId="77777777" w:rsidR="004B41D8" w:rsidRPr="00315498" w:rsidRDefault="00315498">
      <w:pPr>
        <w:rPr>
          <w:lang w:val="nb-NO"/>
        </w:rPr>
      </w:pPr>
      <w:r w:rsidRPr="00315498">
        <w:rPr>
          <w:lang w:val="nb-NO"/>
        </w:rPr>
        <w:t>Navn og rolle til personer som er ansvarlige for gjennomføring av tiltakene:</w:t>
      </w:r>
    </w:p>
    <w:p w14:paraId="6FEFE325" w14:textId="77777777" w:rsidR="004B41D8" w:rsidRPr="00315498" w:rsidRDefault="00315498">
      <w:pPr>
        <w:pStyle w:val="Overskrift1"/>
        <w:rPr>
          <w:lang w:val="nb-NO"/>
        </w:rPr>
      </w:pPr>
      <w:r w:rsidRPr="00315498">
        <w:rPr>
          <w:lang w:val="nb-NO"/>
        </w:rPr>
        <w:lastRenderedPageBreak/>
        <w:t>Tidsplan</w:t>
      </w:r>
    </w:p>
    <w:p w14:paraId="60E9E87E" w14:textId="77777777" w:rsidR="004B41D8" w:rsidRPr="00315498" w:rsidRDefault="00315498">
      <w:pPr>
        <w:rPr>
          <w:lang w:val="nb-NO"/>
        </w:rPr>
      </w:pPr>
      <w:r w:rsidRPr="00315498">
        <w:rPr>
          <w:lang w:val="nb-NO"/>
        </w:rPr>
        <w:t>Tidsramme for implementering og evaluering av tiltakene:</w:t>
      </w:r>
    </w:p>
    <w:p w14:paraId="088912E7" w14:textId="77777777" w:rsidR="004B41D8" w:rsidRPr="00315498" w:rsidRDefault="00315498">
      <w:pPr>
        <w:pStyle w:val="Overskrift1"/>
        <w:rPr>
          <w:lang w:val="nb-NO"/>
        </w:rPr>
      </w:pPr>
      <w:r w:rsidRPr="00315498">
        <w:rPr>
          <w:lang w:val="nb-NO"/>
        </w:rPr>
        <w:t>Evaluering</w:t>
      </w:r>
    </w:p>
    <w:p w14:paraId="0DA6D554" w14:textId="77777777" w:rsidR="004B41D8" w:rsidRPr="00315498" w:rsidRDefault="00315498">
      <w:pPr>
        <w:rPr>
          <w:lang w:val="nb-NO"/>
        </w:rPr>
      </w:pPr>
      <w:r w:rsidRPr="00315498">
        <w:rPr>
          <w:lang w:val="nb-NO"/>
        </w:rPr>
        <w:t>Beskrivelse av hvordan og når evaluering av tiltakene skal gjennomføres:</w:t>
      </w:r>
    </w:p>
    <w:sectPr w:rsidR="004B41D8" w:rsidRPr="0031549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merertliste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merertliste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ktlist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ktlist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merertlist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ktlist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39520074">
    <w:abstractNumId w:val="8"/>
  </w:num>
  <w:num w:numId="2" w16cid:durableId="89397389">
    <w:abstractNumId w:val="6"/>
  </w:num>
  <w:num w:numId="3" w16cid:durableId="1635409030">
    <w:abstractNumId w:val="5"/>
  </w:num>
  <w:num w:numId="4" w16cid:durableId="1158620699">
    <w:abstractNumId w:val="4"/>
  </w:num>
  <w:num w:numId="5" w16cid:durableId="1831477762">
    <w:abstractNumId w:val="7"/>
  </w:num>
  <w:num w:numId="6" w16cid:durableId="890650869">
    <w:abstractNumId w:val="3"/>
  </w:num>
  <w:num w:numId="7" w16cid:durableId="707607446">
    <w:abstractNumId w:val="2"/>
  </w:num>
  <w:num w:numId="8" w16cid:durableId="367728872">
    <w:abstractNumId w:val="1"/>
  </w:num>
  <w:num w:numId="9" w16cid:durableId="191311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42A7"/>
    <w:rsid w:val="0006063C"/>
    <w:rsid w:val="000E08A0"/>
    <w:rsid w:val="0015074B"/>
    <w:rsid w:val="001905B4"/>
    <w:rsid w:val="0029639D"/>
    <w:rsid w:val="00315498"/>
    <w:rsid w:val="00326F90"/>
    <w:rsid w:val="00335F2F"/>
    <w:rsid w:val="004B41D8"/>
    <w:rsid w:val="00552E64"/>
    <w:rsid w:val="006E1D5D"/>
    <w:rsid w:val="008202D7"/>
    <w:rsid w:val="00A95DCE"/>
    <w:rsid w:val="00AA1D8D"/>
    <w:rsid w:val="00B47730"/>
    <w:rsid w:val="00BD428D"/>
    <w:rsid w:val="00CB0664"/>
    <w:rsid w:val="00CD5DEF"/>
    <w:rsid w:val="00CF124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F00C25"/>
  <w14:defaultImageDpi w14:val="300"/>
  <w15:docId w15:val="{91DB83EF-5796-47E9-80C0-93119E992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Overskrift1">
    <w:name w:val="heading 1"/>
    <w:basedOn w:val="Normal"/>
    <w:next w:val="Normal"/>
    <w:link w:val="Overskrift1Teg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618BF"/>
  </w:style>
  <w:style w:type="paragraph" w:styleId="Bunntekst">
    <w:name w:val="footer"/>
    <w:basedOn w:val="Normal"/>
    <w:link w:val="Bunntekst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618BF"/>
  </w:style>
  <w:style w:type="paragraph" w:styleId="Ingenmellomrom">
    <w:name w:val="No Spacing"/>
    <w:uiPriority w:val="1"/>
    <w:qFormat/>
    <w:rsid w:val="00FC693F"/>
    <w:pPr>
      <w:spacing w:after="0" w:line="240" w:lineRule="auto"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tel">
    <w:name w:val="Title"/>
    <w:basedOn w:val="Normal"/>
    <w:next w:val="Normal"/>
    <w:link w:val="TittelTeg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avsnitt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kst">
    <w:name w:val="Body Text"/>
    <w:basedOn w:val="Normal"/>
    <w:link w:val="BrdtekstTegn"/>
    <w:uiPriority w:val="99"/>
    <w:unhideWhenUsed/>
    <w:rsid w:val="00AA1D8D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rsid w:val="00AA1D8D"/>
  </w:style>
  <w:style w:type="paragraph" w:styleId="Brdtekst2">
    <w:name w:val="Body Text 2"/>
    <w:basedOn w:val="Normal"/>
    <w:link w:val="Brdtekst2Tegn"/>
    <w:uiPriority w:val="99"/>
    <w:unhideWhenUsed/>
    <w:rsid w:val="00AA1D8D"/>
    <w:pPr>
      <w:spacing w:after="120" w:line="480" w:lineRule="auto"/>
    </w:pPr>
  </w:style>
  <w:style w:type="character" w:customStyle="1" w:styleId="Brdtekst2Tegn">
    <w:name w:val="Brødtekst 2 Tegn"/>
    <w:basedOn w:val="Standardskriftforavsnitt"/>
    <w:link w:val="Brdtekst2"/>
    <w:uiPriority w:val="99"/>
    <w:rsid w:val="00AA1D8D"/>
  </w:style>
  <w:style w:type="paragraph" w:styleId="Brdtekst3">
    <w:name w:val="Body Text 3"/>
    <w:basedOn w:val="Normal"/>
    <w:link w:val="Brdtekst3Teg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foravsnitt"/>
    <w:link w:val="Brdtekst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Punktlist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Punktlist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Punktlist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merertliste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merertliste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merertliste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-forts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-forts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-forts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kst">
    <w:name w:val="macro"/>
    <w:link w:val="MakrotekstTeg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kstTegn">
    <w:name w:val="Makrotekst Tegn"/>
    <w:basedOn w:val="Standardskriftforavsnitt"/>
    <w:link w:val="Makrotekst"/>
    <w:uiPriority w:val="99"/>
    <w:rsid w:val="0029639D"/>
    <w:rPr>
      <w:rFonts w:ascii="Courier" w:hAnsi="Courier"/>
      <w:sz w:val="20"/>
      <w:szCs w:val="20"/>
    </w:rPr>
  </w:style>
  <w:style w:type="paragraph" w:styleId="Sitat">
    <w:name w:val="Quote"/>
    <w:basedOn w:val="Normal"/>
    <w:next w:val="Normal"/>
    <w:link w:val="SitatTegn"/>
    <w:uiPriority w:val="29"/>
    <w:qFormat/>
    <w:rsid w:val="00FC693F"/>
    <w:rPr>
      <w:i/>
      <w:iCs/>
      <w:color w:val="000000" w:themeColor="text1"/>
    </w:rPr>
  </w:style>
  <w:style w:type="character" w:customStyle="1" w:styleId="SitatTegn">
    <w:name w:val="Sitat Tegn"/>
    <w:basedOn w:val="Standardskriftforavsnitt"/>
    <w:link w:val="Sitat"/>
    <w:uiPriority w:val="29"/>
    <w:rsid w:val="00FC693F"/>
    <w:rPr>
      <w:i/>
      <w:iCs/>
      <w:color w:val="000000" w:themeColor="text1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erk">
    <w:name w:val="Strong"/>
    <w:basedOn w:val="Standardskriftforavsnitt"/>
    <w:uiPriority w:val="22"/>
    <w:qFormat/>
    <w:rsid w:val="00FC693F"/>
    <w:rPr>
      <w:b/>
      <w:bCs/>
    </w:rPr>
  </w:style>
  <w:style w:type="character" w:styleId="Utheving">
    <w:name w:val="Emphasis"/>
    <w:basedOn w:val="Standardskriftforavsnitt"/>
    <w:uiPriority w:val="20"/>
    <w:qFormat/>
    <w:rsid w:val="00FC693F"/>
    <w:rPr>
      <w:i/>
      <w:iCs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FC693F"/>
    <w:rPr>
      <w:b/>
      <w:bCs/>
      <w:i/>
      <w:iCs/>
      <w:color w:val="4F81BD" w:themeColor="accent1"/>
    </w:rPr>
  </w:style>
  <w:style w:type="character" w:styleId="Svakutheving">
    <w:name w:val="Subtle Emphasis"/>
    <w:basedOn w:val="Standardskriftforavsnitt"/>
    <w:uiPriority w:val="19"/>
    <w:qFormat/>
    <w:rsid w:val="00FC693F"/>
    <w:rPr>
      <w:i/>
      <w:iCs/>
      <w:color w:val="808080" w:themeColor="text1" w:themeTint="7F"/>
    </w:rPr>
  </w:style>
  <w:style w:type="character" w:styleId="Sterkutheving">
    <w:name w:val="Intense Emphasis"/>
    <w:basedOn w:val="Standardskriftforavsnitt"/>
    <w:uiPriority w:val="21"/>
    <w:qFormat/>
    <w:rsid w:val="00FC693F"/>
    <w:rPr>
      <w:b/>
      <w:bCs/>
      <w:i/>
      <w:iCs/>
      <w:color w:val="4F81BD" w:themeColor="accent1"/>
    </w:rPr>
  </w:style>
  <w:style w:type="character" w:styleId="Svakreferanse">
    <w:name w:val="Subtle Reference"/>
    <w:basedOn w:val="Standardskriftforavsnitt"/>
    <w:uiPriority w:val="31"/>
    <w:qFormat/>
    <w:rsid w:val="00FC693F"/>
    <w:rPr>
      <w:smallCaps/>
      <w:color w:val="C0504D" w:themeColor="accent2"/>
      <w:u w:val="single"/>
    </w:rPr>
  </w:style>
  <w:style w:type="character" w:styleId="Sterkreferanse">
    <w:name w:val="Intense Reference"/>
    <w:basedOn w:val="Standardskriftforavsnit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ktittel">
    <w:name w:val="Book Title"/>
    <w:basedOn w:val="Standardskriftforavsnitt"/>
    <w:uiPriority w:val="33"/>
    <w:qFormat/>
    <w:rsid w:val="00FC693F"/>
    <w:rPr>
      <w:b/>
      <w:bCs/>
      <w:smallCaps/>
      <w:spacing w:val="5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FC693F"/>
    <w:pPr>
      <w:outlineLvl w:val="9"/>
    </w:pPr>
  </w:style>
  <w:style w:type="table" w:styleId="Tabellrutenett">
    <w:name w:val="Table Grid"/>
    <w:basedOn w:val="Vanligtabel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ysskyggelegging">
    <w:name w:val="Light Shading"/>
    <w:basedOn w:val="Vanligtabel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legginguthevingsfarge1">
    <w:name w:val="Light Shading Accent 1"/>
    <w:basedOn w:val="Vanligtabel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ysskyggelegginguthevingsfarge2">
    <w:name w:val="Light Shading Accent 2"/>
    <w:basedOn w:val="Vanligtabel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ysskyggelegginguthevingsfarge3">
    <w:name w:val="Light Shading Accent 3"/>
    <w:basedOn w:val="Vanligtabel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ysskyggelegginguthevingsfarge4">
    <w:name w:val="Light Shading Accent 4"/>
    <w:basedOn w:val="Vanligtabel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ysskyggelegginguthevingsfarge5">
    <w:name w:val="Light Shading Accent 5"/>
    <w:basedOn w:val="Vanligtabel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ysskyggelegginguthevingsfarge6">
    <w:name w:val="Light Shading Accent 6"/>
    <w:basedOn w:val="Vanligtabel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ysliste">
    <w:name w:val="Light List"/>
    <w:basedOn w:val="Vanlig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uthevingsfarge1">
    <w:name w:val="Light List Accent 1"/>
    <w:basedOn w:val="Vanlig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yslisteuthevingsfarge2">
    <w:name w:val="Light List Accent 2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yslisteuthevingsfarge3">
    <w:name w:val="Light List Accent 3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yslisteuthevingsfarge4">
    <w:name w:val="Light List Accent 4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yslisteuthevingsfarge5">
    <w:name w:val="Light List Accent 5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yslisteuthevingsfarge6">
    <w:name w:val="Light List Accent 6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ystrutenett">
    <w:name w:val="Light Grid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rutenettuthevingsfarge1">
    <w:name w:val="Light Grid Accent 1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ystrutenettuthevingsfarge2">
    <w:name w:val="Light Grid Accent 2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ystrutenettuthevingsfarge3">
    <w:name w:val="Light Grid Accent 3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ystrutenettuthevingsfarge4">
    <w:name w:val="Light Grid Accent 4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ystrutenettuthevingsfarge5">
    <w:name w:val="Light Grid Accent 5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ystrutenettuthevingsfarge6">
    <w:name w:val="Light Grid Accent 6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ddelsskyggelegging1">
    <w:name w:val="Medium Shading 1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1">
    <w:name w:val="Medium Shading 1 Accent 1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2">
    <w:name w:val="Medium Shading 1 Accent 2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3">
    <w:name w:val="Medium Shading 1 Accent 3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4">
    <w:name w:val="Medium Shading 1 Accent 4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5">
    <w:name w:val="Medium Shading 1 Accent 5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6">
    <w:name w:val="Medium Shading 1 Accent 6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2">
    <w:name w:val="Medium Shading 2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1">
    <w:name w:val="Medium Shading 2 Accent 1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2">
    <w:name w:val="Medium Shading 2 Accent 2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3">
    <w:name w:val="Medium Shading 2 Accent 3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4">
    <w:name w:val="Medium Shading 2 Accent 4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5">
    <w:name w:val="Medium Shading 2 Accent 5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6">
    <w:name w:val="Medium Shading 2 Accent 6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liste1">
    <w:name w:val="Medium List 1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ddelsliste1uthevingsfarge1">
    <w:name w:val="Medium List 1 Accent 1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ddelsliste1uthevingsfarge2">
    <w:name w:val="Medium List 1 Accent 2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ddelsliste1uthevingsfarge3">
    <w:name w:val="Medium List 1 Accent 3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ddelsliste1uthevingsfarge4">
    <w:name w:val="Medium List 1 Accent 4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ddelsliste1uthevingsfarge5">
    <w:name w:val="Medium List 1 Accent 5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ddelsliste1uthevingsfarge6">
    <w:name w:val="Medium List 1 Accent 6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ddelsliste2">
    <w:name w:val="Medium List 2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1">
    <w:name w:val="Medium List 2 Accent 1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2">
    <w:name w:val="Medium List 2 Accent 2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3">
    <w:name w:val="Medium List 2 Accent 3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4">
    <w:name w:val="Medium List 2 Accent 4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5">
    <w:name w:val="Medium List 2 Accent 5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6">
    <w:name w:val="Medium List 2 Accent 6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rutenett1">
    <w:name w:val="Medium Grid 1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ddelsrutenett1uthevingsfarge1">
    <w:name w:val="Medium Grid 1 Accent 1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ddelsrutenett1uthevingsfarge2">
    <w:name w:val="Medium Grid 1 Accent 2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ddelsrutenett1uthevingsfarge3">
    <w:name w:val="Medium Grid 1 Accent 3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ddelsrutenett1uthevingsfarge4">
    <w:name w:val="Medium Grid 1 Accent 4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ddelsrutenett1uthevingsfarge5">
    <w:name w:val="Medium Grid 1 Accent 5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ddelsrutenett1uthevingsfarge6">
    <w:name w:val="Medium Grid 1 Accent 6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ddelsrutenett2">
    <w:name w:val="Medium Grid 2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1">
    <w:name w:val="Medium Grid 2 Accent 1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2">
    <w:name w:val="Medium Grid 2 Accent 2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3">
    <w:name w:val="Medium Grid 2 Accent 3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4">
    <w:name w:val="Medium Grid 2 Accent 4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5">
    <w:name w:val="Medium Grid 2 Accent 5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6">
    <w:name w:val="Medium Grid 2 Accent 6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3">
    <w:name w:val="Medium Grid 3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ddelsrutenett3uthevingsfarge1">
    <w:name w:val="Medium Grid 3 Accent 1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ddelsrutenett3uthevingsfarge2">
    <w:name w:val="Medium Grid 3 Accent 2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ddelsrutenett3uthevingsfarge3">
    <w:name w:val="Medium Grid 3 Accent 3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ddelsrutenett3uthevingsfarge4">
    <w:name w:val="Medium Grid 3 Accent 4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ddelsrutenett3uthevingsfarge5">
    <w:name w:val="Medium Grid 3 Accent 5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ddelsrutenett3uthevingsfarge6">
    <w:name w:val="Medium Grid 3 Accent 6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e">
    <w:name w:val="Dark List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uthevingsfarge1">
    <w:name w:val="Dark List Accent 1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euthevingsfarge2">
    <w:name w:val="Dark List Accent 2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euthevingsfarge3">
    <w:name w:val="Dark List Accent 3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euthevingsfarge4">
    <w:name w:val="Dark List Accent 4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euthevingsfarge5">
    <w:name w:val="Dark List Accent 5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euthevingsfarge6">
    <w:name w:val="Dark List Accent 6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gerikskyggelegging">
    <w:name w:val="Colorful Shading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1">
    <w:name w:val="Colorful Shading Accent 1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2">
    <w:name w:val="Colorful Shading Accent 2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3">
    <w:name w:val="Colorful Shading Accent 3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gerikskyggelegginguthevingsfarge4">
    <w:name w:val="Colorful Shading Accent 4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5">
    <w:name w:val="Colorful Shading Accent 5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6">
    <w:name w:val="Colorful Shading Accent 6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liste">
    <w:name w:val="Colorful List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geriklisteuthevingsfarge1">
    <w:name w:val="Colorful List Accent 1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geriklisteuthevingsfarge2">
    <w:name w:val="Colorful List Accent 2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geriklisteuthevingsfarge3">
    <w:name w:val="Colorful List Accent 3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geriklisteuthevingsfarge4">
    <w:name w:val="Colorful List Accent 4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geriklisteuthevingsfarge5">
    <w:name w:val="Colorful List Accent 5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geriklisteuthevingsfarge6">
    <w:name w:val="Colorful List Accent 6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geriktrutenett">
    <w:name w:val="Colorful Grid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geriktrutenettuthevingsfarge1">
    <w:name w:val="Colorful Grid Accent 1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geriktrutenettuthevingsfarge2">
    <w:name w:val="Colorful Grid Accent 2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geriktrutenettuthevingsfarge3">
    <w:name w:val="Colorful Grid Accent 3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geriktrutenettuthevingsfarge4">
    <w:name w:val="Colorful Grid Accent 4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geriktrutenettuthevingsfarge5">
    <w:name w:val="Colorful Grid Accent 5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geriktrutenettuthevingsfarge6">
    <w:name w:val="Colorful Grid Accent 6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c758dd0-ab53-4372-9a7c-e98a9620862c}" enabled="0" method="" siteId="{bc758dd0-ab53-4372-9a7c-e98a9620862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Kenneth Stensen</cp:lastModifiedBy>
  <cp:revision>5</cp:revision>
  <dcterms:created xsi:type="dcterms:W3CDTF">2025-08-21T08:24:00Z</dcterms:created>
  <dcterms:modified xsi:type="dcterms:W3CDTF">2025-08-26T12:35:00Z</dcterms:modified>
  <cp:category/>
</cp:coreProperties>
</file>